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דגם הפסים הייחודי של כל זברה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חלוקת התפקידים בעדר 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רעיון הנדידה העונתית של העדר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לפי דגם הפסים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להגן על העדר ולהוביל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חודשי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טביעת אצבע, אין שני דגמים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האמהות הן שמניקות את הסייחים, לא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שומרות הלילה שומרות על בטיחות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הנדידה קשורה לעונות השנה ולחיפוש מים ומזון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(מגן על העדר ומוביל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(מניקה ומטפלת בסייח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(הצעיר בעדר, לומד לזהות את אמו לפי הפסים)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(משגיחות על העדר בשעות החשיכה)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הזברות שחיות ונעות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הנדידה לפי 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סוף עונת הגשמים - העדר נמצא באזור מרעה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הקיץ - העדר מתחיל לנוע לחפש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אמצע הקיץ - העדר מגיע לנהר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סתיו - העדר חוזר לאזורי המרעה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חורף - העדר נח באזור בטוח עד לעונה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יוכל לזהות את אמו גם בתוך עדר גדול, ושההורים יזהו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העדר היה פחות מוגן מטורפים בלילה, וקשה יותר היה להתריע על 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דגם הפסים הייחודי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מים ומזון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במשחק הזיכרון כהדגמה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משחק מיון התפקידים לתרגיל ההתאמה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סוד הפסים יש משחקים על זברות - איך סייח מוצא את אמא שלו, מי עושה מה בעדר, ואיך העדר נודד לאורך השנה. בדף הזה נתרגל את הרעיונות מהמשחקים.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סייח מזהה את אמא שלו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דגם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העדר בשעות הלילה?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הזכר השליט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הזכר השליט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להניק את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העדר ולהוביל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לרעות לבד הרחק מהעדר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מה בנויה מפת הנדידה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צבעי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חודשי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שמות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מספר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בחידון עם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השליט הוא זה שמניק את הסייחים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הזברות יש שומרות שמשגיחות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הנדידה של העדר מתרחשת תמיד באותו חודש בלי קשר לעונה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זברה נולדת עם דגם __________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הזכר ה__________ מגן על העדר ומוביל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מי עושה מה בעדר צריך למיין __________ שונים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העדר נודד ממקום למקום לפי עונות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זכר שליט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הזברות שחיות ונעות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הצעיר בעדר, לומד לזהות את אמו לפי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משגיחות על העדר בשעות החשיכה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שומרות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מגן על העדר ומוביל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מניקה ומטפלת בסייח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תחנות הנדידה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חורף - העדר נח באזור בטוח עד לעונה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סתיו - העדר חוזר לאזורי המרעה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הקיץ - העדר מתחיל לנוע לחפש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 הקיץ - העדר מגיע לנהר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עונת הגשמים - העדר נמצא באזור מרעה 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שלכל זברה יהיה דגם פסים משלה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עלול לקרות אם לא היו שומרות לילה בעדר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מגן על העדר ומוביל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העדר נודד לאורך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עולם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